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026B" w:rsidRPr="00091A0A" w:rsidRDefault="00091A0A">
      <w:pPr>
        <w:pStyle w:val="1"/>
        <w:rPr>
          <w:sz w:val="40"/>
          <w:szCs w:val="40"/>
        </w:rPr>
      </w:pPr>
      <w:r w:rsidRPr="00091A0A">
        <w:rPr>
          <w:sz w:val="40"/>
          <w:szCs w:val="40"/>
        </w:rPr>
        <w:t>Application Form – Asbestos Analysis Training Course</w:t>
      </w:r>
    </w:p>
    <w:p w:rsidR="0081026B" w:rsidRDefault="00091A0A">
      <w:r>
        <w:rPr>
          <w:b/>
        </w:rPr>
        <w:t>Korea Occupational Safety and Health Agency (KOSHA)</w:t>
      </w:r>
      <w:r>
        <w:rPr>
          <w:b/>
        </w:rPr>
        <w:br/>
      </w:r>
      <w:r>
        <w:rPr>
          <w:i/>
        </w:rPr>
        <w:t>Email: overseas@kosha.or.kr</w:t>
      </w:r>
      <w:r>
        <w:rPr>
          <w:i/>
        </w:rPr>
        <w:br/>
        <w:t>Subject: Application for Asbestos Analysis Training Course (Ulsan, Korea)</w:t>
      </w:r>
    </w:p>
    <w:p w:rsidR="0081026B" w:rsidRDefault="00091A0A">
      <w:pPr>
        <w:pStyle w:val="21"/>
      </w:pPr>
      <w:r>
        <w:t>1. Applicant Information</w:t>
      </w:r>
    </w:p>
    <w:tbl>
      <w:tblPr>
        <w:tblStyle w:val="af9"/>
        <w:tblW w:w="0" w:type="auto"/>
        <w:tblLook w:val="04A0" w:firstRow="1" w:lastRow="0" w:firstColumn="1" w:lastColumn="0" w:noHBand="0" w:noVBand="1"/>
      </w:tblPr>
      <w:tblGrid>
        <w:gridCol w:w="2160"/>
        <w:gridCol w:w="2160"/>
        <w:gridCol w:w="2160"/>
        <w:gridCol w:w="2160"/>
      </w:tblGrid>
      <w:tr w:rsidR="0081026B">
        <w:tc>
          <w:tcPr>
            <w:tcW w:w="2160" w:type="dxa"/>
          </w:tcPr>
          <w:p w:rsidR="0081026B" w:rsidRDefault="00091A0A">
            <w:r>
              <w:t>Name</w:t>
            </w:r>
          </w:p>
        </w:tc>
        <w:tc>
          <w:tcPr>
            <w:tcW w:w="2160" w:type="dxa"/>
          </w:tcPr>
          <w:p w:rsidR="0081026B" w:rsidRDefault="0081026B"/>
        </w:tc>
        <w:tc>
          <w:tcPr>
            <w:tcW w:w="2160" w:type="dxa"/>
          </w:tcPr>
          <w:p w:rsidR="0081026B" w:rsidRDefault="00091A0A" w:rsidP="00091A0A">
            <w:r>
              <w:t xml:space="preserve">Date of Birth </w:t>
            </w:r>
          </w:p>
        </w:tc>
        <w:tc>
          <w:tcPr>
            <w:tcW w:w="2160" w:type="dxa"/>
          </w:tcPr>
          <w:p w:rsidR="0081026B" w:rsidRPr="00091A0A" w:rsidRDefault="00091A0A" w:rsidP="00091A0A">
            <w:pPr>
              <w:jc w:val="center"/>
              <w:rPr>
                <w:color w:val="BFBFBF" w:themeColor="background1" w:themeShade="BF"/>
              </w:rPr>
            </w:pPr>
            <w:r w:rsidRPr="00091A0A">
              <w:rPr>
                <w:color w:val="BFBFBF" w:themeColor="background1" w:themeShade="BF"/>
              </w:rPr>
              <w:t>DD/MM/YY</w:t>
            </w:r>
          </w:p>
        </w:tc>
      </w:tr>
      <w:tr w:rsidR="0081026B">
        <w:tc>
          <w:tcPr>
            <w:tcW w:w="2160" w:type="dxa"/>
          </w:tcPr>
          <w:p w:rsidR="0081026B" w:rsidRDefault="00091A0A">
            <w:r>
              <w:t>Nationality</w:t>
            </w:r>
          </w:p>
        </w:tc>
        <w:tc>
          <w:tcPr>
            <w:tcW w:w="2160" w:type="dxa"/>
          </w:tcPr>
          <w:p w:rsidR="0081026B" w:rsidRDefault="0081026B"/>
        </w:tc>
        <w:tc>
          <w:tcPr>
            <w:tcW w:w="2160" w:type="dxa"/>
          </w:tcPr>
          <w:p w:rsidR="0081026B" w:rsidRDefault="00091A0A">
            <w:r>
              <w:t>Passport No.</w:t>
            </w:r>
          </w:p>
        </w:tc>
        <w:tc>
          <w:tcPr>
            <w:tcW w:w="2160" w:type="dxa"/>
          </w:tcPr>
          <w:p w:rsidR="0081026B" w:rsidRDefault="0081026B"/>
        </w:tc>
      </w:tr>
      <w:tr w:rsidR="0081026B">
        <w:tc>
          <w:tcPr>
            <w:tcW w:w="8640" w:type="dxa"/>
            <w:gridSpan w:val="4"/>
          </w:tcPr>
          <w:p w:rsidR="0081026B" w:rsidRDefault="00091A0A">
            <w:r>
              <w:t xml:space="preserve">Organization / Institution : </w:t>
            </w:r>
          </w:p>
        </w:tc>
      </w:tr>
      <w:tr w:rsidR="0081026B">
        <w:tc>
          <w:tcPr>
            <w:tcW w:w="2160" w:type="dxa"/>
          </w:tcPr>
          <w:p w:rsidR="0081026B" w:rsidRDefault="00091A0A">
            <w:r>
              <w:t>Position / Title</w:t>
            </w:r>
          </w:p>
        </w:tc>
        <w:tc>
          <w:tcPr>
            <w:tcW w:w="2160" w:type="dxa"/>
          </w:tcPr>
          <w:p w:rsidR="0081026B" w:rsidRDefault="0081026B"/>
        </w:tc>
        <w:tc>
          <w:tcPr>
            <w:tcW w:w="2160" w:type="dxa"/>
          </w:tcPr>
          <w:p w:rsidR="0081026B" w:rsidRDefault="00091A0A">
            <w:r>
              <w:t>Email</w:t>
            </w:r>
          </w:p>
        </w:tc>
        <w:tc>
          <w:tcPr>
            <w:tcW w:w="2160" w:type="dxa"/>
          </w:tcPr>
          <w:p w:rsidR="0081026B" w:rsidRDefault="0081026B"/>
        </w:tc>
      </w:tr>
      <w:tr w:rsidR="0081026B" w:rsidRPr="00091A0A">
        <w:tc>
          <w:tcPr>
            <w:tcW w:w="2160" w:type="dxa"/>
          </w:tcPr>
          <w:p w:rsidR="0081026B" w:rsidRPr="00091A0A" w:rsidRDefault="0081026B">
            <w:pPr>
              <w:rPr>
                <w:u w:val="single"/>
              </w:rPr>
            </w:pPr>
          </w:p>
        </w:tc>
        <w:tc>
          <w:tcPr>
            <w:tcW w:w="2160" w:type="dxa"/>
          </w:tcPr>
          <w:p w:rsidR="0081026B" w:rsidRPr="00091A0A" w:rsidRDefault="0081026B">
            <w:pPr>
              <w:rPr>
                <w:u w:val="single"/>
              </w:rPr>
            </w:pPr>
          </w:p>
        </w:tc>
        <w:tc>
          <w:tcPr>
            <w:tcW w:w="2160" w:type="dxa"/>
          </w:tcPr>
          <w:p w:rsidR="0081026B" w:rsidRPr="00091A0A" w:rsidRDefault="00091A0A">
            <w:pPr>
              <w:rPr>
                <w:u w:val="single"/>
              </w:rPr>
            </w:pPr>
            <w:r w:rsidRPr="00091A0A">
              <w:rPr>
                <w:u w:val="single"/>
              </w:rPr>
              <w:t>Phone Number</w:t>
            </w:r>
          </w:p>
        </w:tc>
        <w:tc>
          <w:tcPr>
            <w:tcW w:w="2160" w:type="dxa"/>
          </w:tcPr>
          <w:p w:rsidR="0081026B" w:rsidRPr="00091A0A" w:rsidRDefault="0081026B">
            <w:pPr>
              <w:rPr>
                <w:u w:val="single"/>
              </w:rPr>
            </w:pPr>
          </w:p>
        </w:tc>
      </w:tr>
    </w:tbl>
    <w:p w:rsidR="0081026B" w:rsidRPr="00C41832" w:rsidRDefault="00091A0A">
      <w:pPr>
        <w:pStyle w:val="21"/>
      </w:pPr>
      <w:r w:rsidRPr="00C41832">
        <w:t>2. Visa Requirement</w:t>
      </w:r>
      <w:bookmarkStart w:id="0" w:name="_GoBack"/>
      <w:bookmarkEnd w:id="0"/>
    </w:p>
    <w:p w:rsidR="0081026B" w:rsidRDefault="00091A0A">
      <w:r>
        <w:t>Do you require a visa to enter Korea? (Yes / No)</w:t>
      </w:r>
    </w:p>
    <w:p w:rsidR="0081026B" w:rsidRDefault="00091A0A">
      <w:pPr>
        <w:pStyle w:val="21"/>
      </w:pPr>
      <w:r>
        <w:t>3. Emergency Contact</w:t>
      </w:r>
    </w:p>
    <w:tbl>
      <w:tblPr>
        <w:tblStyle w:val="af9"/>
        <w:tblW w:w="0" w:type="auto"/>
        <w:tblLook w:val="04A0" w:firstRow="1" w:lastRow="0" w:firstColumn="1" w:lastColumn="0" w:noHBand="0" w:noVBand="1"/>
      </w:tblPr>
      <w:tblGrid>
        <w:gridCol w:w="2160"/>
        <w:gridCol w:w="2160"/>
        <w:gridCol w:w="2160"/>
        <w:gridCol w:w="2160"/>
      </w:tblGrid>
      <w:tr w:rsidR="0081026B">
        <w:tc>
          <w:tcPr>
            <w:tcW w:w="2160" w:type="dxa"/>
          </w:tcPr>
          <w:p w:rsidR="0081026B" w:rsidRDefault="00091A0A">
            <w:r>
              <w:t>Name</w:t>
            </w:r>
          </w:p>
        </w:tc>
        <w:tc>
          <w:tcPr>
            <w:tcW w:w="2160" w:type="dxa"/>
          </w:tcPr>
          <w:p w:rsidR="0081026B" w:rsidRDefault="0081026B"/>
        </w:tc>
        <w:tc>
          <w:tcPr>
            <w:tcW w:w="2160" w:type="dxa"/>
          </w:tcPr>
          <w:p w:rsidR="0081026B" w:rsidRDefault="00091A0A">
            <w:r>
              <w:t>Relationship</w:t>
            </w:r>
          </w:p>
        </w:tc>
        <w:tc>
          <w:tcPr>
            <w:tcW w:w="2160" w:type="dxa"/>
          </w:tcPr>
          <w:p w:rsidR="0081026B" w:rsidRDefault="0081026B"/>
        </w:tc>
      </w:tr>
      <w:tr w:rsidR="0081026B">
        <w:tc>
          <w:tcPr>
            <w:tcW w:w="2160" w:type="dxa"/>
          </w:tcPr>
          <w:p w:rsidR="0081026B" w:rsidRDefault="00091A0A">
            <w:r>
              <w:t>Telephone</w:t>
            </w:r>
          </w:p>
        </w:tc>
        <w:tc>
          <w:tcPr>
            <w:tcW w:w="2160" w:type="dxa"/>
          </w:tcPr>
          <w:p w:rsidR="0081026B" w:rsidRDefault="0081026B"/>
        </w:tc>
        <w:tc>
          <w:tcPr>
            <w:tcW w:w="2160" w:type="dxa"/>
          </w:tcPr>
          <w:p w:rsidR="0081026B" w:rsidRDefault="00091A0A">
            <w:r>
              <w:t>Email</w:t>
            </w:r>
          </w:p>
        </w:tc>
        <w:tc>
          <w:tcPr>
            <w:tcW w:w="2160" w:type="dxa"/>
          </w:tcPr>
          <w:p w:rsidR="0081026B" w:rsidRDefault="0081026B"/>
        </w:tc>
      </w:tr>
    </w:tbl>
    <w:p w:rsidR="0081026B" w:rsidRDefault="00091A0A">
      <w:pPr>
        <w:pStyle w:val="21"/>
      </w:pPr>
      <w:r>
        <w:t>4. Training Participation</w:t>
      </w:r>
    </w:p>
    <w:p w:rsidR="0081026B" w:rsidRDefault="00091A0A">
      <w:r>
        <w:t>Have you previously attended any OSH training at KOSHA? (Yes / No)</w:t>
      </w:r>
    </w:p>
    <w:p w:rsidR="0081026B" w:rsidRDefault="00091A0A">
      <w:r>
        <w:t>Do you require accommodation at the KOSHA Training Center? (Yes / No)</w:t>
      </w:r>
    </w:p>
    <w:p w:rsidR="0081026B" w:rsidRDefault="00091A0A">
      <w:r>
        <w:t>Motivation for joining the training (briefly):</w:t>
      </w:r>
    </w:p>
    <w:tbl>
      <w:tblPr>
        <w:tblStyle w:val="af9"/>
        <w:tblW w:w="0" w:type="auto"/>
        <w:tblLook w:val="04A0" w:firstRow="1" w:lastRow="0" w:firstColumn="1" w:lastColumn="0" w:noHBand="0" w:noVBand="1"/>
      </w:tblPr>
      <w:tblGrid>
        <w:gridCol w:w="8613"/>
      </w:tblGrid>
      <w:tr w:rsidR="00091A0A" w:rsidTr="0083204C">
        <w:trPr>
          <w:trHeight w:val="343"/>
        </w:trPr>
        <w:tc>
          <w:tcPr>
            <w:tcW w:w="8613" w:type="dxa"/>
          </w:tcPr>
          <w:p w:rsidR="00091A0A" w:rsidRDefault="00091A0A"/>
        </w:tc>
      </w:tr>
    </w:tbl>
    <w:p w:rsidR="00091A0A" w:rsidRDefault="00091A0A"/>
    <w:p w:rsidR="0081026B" w:rsidRDefault="00091A0A">
      <w:pPr>
        <w:pStyle w:val="21"/>
      </w:pPr>
      <w:r>
        <w:t>Notes</w:t>
      </w:r>
    </w:p>
    <w:p w:rsidR="0081026B" w:rsidRDefault="00091A0A">
      <w:pPr>
        <w:pStyle w:val="a0"/>
      </w:pPr>
      <w:r>
        <w:t>Participants are responsible for obtaining the appropriate entry visa to Korea, if required.</w:t>
      </w:r>
    </w:p>
    <w:p w:rsidR="0081026B" w:rsidRDefault="00091A0A">
      <w:pPr>
        <w:pStyle w:val="a0"/>
      </w:pPr>
      <w:r>
        <w:t>Passports must be valid for at least six (6) months beyond the training period.</w:t>
      </w:r>
    </w:p>
    <w:p w:rsidR="0081026B" w:rsidRDefault="00091A0A">
      <w:pPr>
        <w:pStyle w:val="a0"/>
      </w:pPr>
      <w:r>
        <w:t>Airfare is self-funded, and accommodation at the KOSHA Training Center can be arranged on a paid basis.</w:t>
      </w:r>
    </w:p>
    <w:p w:rsidR="0081026B" w:rsidRDefault="00091A0A">
      <w:pPr>
        <w:pStyle w:val="21"/>
      </w:pPr>
      <w:r>
        <w:t>Declaration</w:t>
      </w:r>
    </w:p>
    <w:p w:rsidR="0081026B" w:rsidRDefault="00091A0A">
      <w:r>
        <w:t>I confirm that the information provided above is true and accurate.</w:t>
      </w:r>
      <w:r>
        <w:br/>
        <w:t>I understand and agree to the terms and conditions stated in the notes above.</w:t>
      </w:r>
    </w:p>
    <w:p w:rsidR="0081026B" w:rsidRDefault="00091A0A">
      <w:r>
        <w:br/>
        <w:t>Signature: _________________________</w:t>
      </w:r>
      <w:r>
        <w:tab/>
      </w:r>
      <w:r>
        <w:tab/>
        <w:t>Date: _____________________________</w:t>
      </w:r>
    </w:p>
    <w:sectPr w:rsidR="0081026B" w:rsidSect="00091A0A">
      <w:pgSz w:w="12240" w:h="15840"/>
      <w:pgMar w:top="1440" w:right="1134" w:bottom="1440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091A0A"/>
    <w:rsid w:val="0015074B"/>
    <w:rsid w:val="0029639D"/>
    <w:rsid w:val="00326F90"/>
    <w:rsid w:val="0081026B"/>
    <w:rsid w:val="0083204C"/>
    <w:rsid w:val="00AA1D8D"/>
    <w:rsid w:val="00B47730"/>
    <w:rsid w:val="00C41832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  <w15:docId w15:val="{C01B2580-51BA-4FEF-AA02-DBF4A0190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2"/>
    <w:link w:val="a5"/>
    <w:uiPriority w:val="99"/>
    <w:rsid w:val="00E618BF"/>
  </w:style>
  <w:style w:type="paragraph" w:styleId="a6">
    <w:name w:val="footer"/>
    <w:basedOn w:val="a1"/>
    <w:link w:val="Char0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2"/>
    <w:link w:val="a6"/>
    <w:uiPriority w:val="99"/>
    <w:rsid w:val="00E618BF"/>
  </w:style>
  <w:style w:type="paragraph" w:styleId="a7">
    <w:name w:val="No Spacing"/>
    <w:uiPriority w:val="1"/>
    <w:qFormat/>
    <w:rsid w:val="00FC693F"/>
    <w:pPr>
      <w:spacing w:after="0" w:line="240" w:lineRule="auto"/>
    </w:pPr>
  </w:style>
  <w:style w:type="character" w:customStyle="1" w:styleId="1Char">
    <w:name w:val="제목 1 Char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제목 2 Char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제목 3 Char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Title"/>
    <w:basedOn w:val="a1"/>
    <w:next w:val="a1"/>
    <w:link w:val="Char1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1">
    <w:name w:val="제목 Char"/>
    <w:basedOn w:val="a2"/>
    <w:link w:val="a8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Subtitle"/>
    <w:basedOn w:val="a1"/>
    <w:next w:val="a1"/>
    <w:link w:val="Char2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2">
    <w:name w:val="부제 Char"/>
    <w:basedOn w:val="a2"/>
    <w:link w:val="a9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a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b">
    <w:name w:val="Body Text"/>
    <w:basedOn w:val="a1"/>
    <w:link w:val="Char3"/>
    <w:uiPriority w:val="99"/>
    <w:unhideWhenUsed/>
    <w:rsid w:val="00AA1D8D"/>
    <w:pPr>
      <w:spacing w:after="120"/>
    </w:pPr>
  </w:style>
  <w:style w:type="character" w:customStyle="1" w:styleId="Char3">
    <w:name w:val="본문 Char"/>
    <w:basedOn w:val="a2"/>
    <w:link w:val="ab"/>
    <w:uiPriority w:val="99"/>
    <w:rsid w:val="00AA1D8D"/>
  </w:style>
  <w:style w:type="paragraph" w:styleId="22">
    <w:name w:val="Body Text 2"/>
    <w:basedOn w:val="a1"/>
    <w:link w:val="2Char0"/>
    <w:uiPriority w:val="99"/>
    <w:unhideWhenUsed/>
    <w:rsid w:val="00AA1D8D"/>
    <w:pPr>
      <w:spacing w:after="120" w:line="480" w:lineRule="auto"/>
    </w:pPr>
  </w:style>
  <w:style w:type="character" w:customStyle="1" w:styleId="2Char0">
    <w:name w:val="본문 2 Char"/>
    <w:basedOn w:val="a2"/>
    <w:link w:val="22"/>
    <w:uiPriority w:val="99"/>
    <w:rsid w:val="00AA1D8D"/>
  </w:style>
  <w:style w:type="paragraph" w:styleId="32">
    <w:name w:val="Body Text 3"/>
    <w:basedOn w:val="a1"/>
    <w:link w:val="3Char0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Char0">
    <w:name w:val="본문 3 Char"/>
    <w:basedOn w:val="a2"/>
    <w:link w:val="32"/>
    <w:uiPriority w:val="99"/>
    <w:rsid w:val="00AA1D8D"/>
    <w:rPr>
      <w:sz w:val="16"/>
      <w:szCs w:val="16"/>
    </w:rPr>
  </w:style>
  <w:style w:type="paragraph" w:styleId="ac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3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3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d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4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4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e">
    <w:name w:val="macro"/>
    <w:link w:val="Char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Char4">
    <w:name w:val="매크로 텍스트 Char"/>
    <w:basedOn w:val="a2"/>
    <w:link w:val="ae"/>
    <w:uiPriority w:val="99"/>
    <w:rsid w:val="0029639D"/>
    <w:rPr>
      <w:rFonts w:ascii="Courier" w:hAnsi="Courier"/>
      <w:sz w:val="20"/>
      <w:szCs w:val="20"/>
    </w:rPr>
  </w:style>
  <w:style w:type="paragraph" w:styleId="af">
    <w:name w:val="Quote"/>
    <w:basedOn w:val="a1"/>
    <w:next w:val="a1"/>
    <w:link w:val="Char5"/>
    <w:uiPriority w:val="29"/>
    <w:qFormat/>
    <w:rsid w:val="00FC693F"/>
    <w:rPr>
      <w:i/>
      <w:iCs/>
      <w:color w:val="000000" w:themeColor="text1"/>
    </w:rPr>
  </w:style>
  <w:style w:type="character" w:customStyle="1" w:styleId="Char5">
    <w:name w:val="인용 Char"/>
    <w:basedOn w:val="a2"/>
    <w:link w:val="af"/>
    <w:uiPriority w:val="29"/>
    <w:rsid w:val="00FC693F"/>
    <w:rPr>
      <w:i/>
      <w:iCs/>
      <w:color w:val="000000" w:themeColor="text1"/>
    </w:rPr>
  </w:style>
  <w:style w:type="character" w:customStyle="1" w:styleId="4Char">
    <w:name w:val="제목 4 Char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제목 5 Char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제목 6 Char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제목 7 Char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제목 8 Char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제목 9 Char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0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1">
    <w:name w:val="Strong"/>
    <w:basedOn w:val="a2"/>
    <w:uiPriority w:val="22"/>
    <w:qFormat/>
    <w:rsid w:val="00FC693F"/>
    <w:rPr>
      <w:b/>
      <w:bCs/>
    </w:rPr>
  </w:style>
  <w:style w:type="character" w:styleId="af2">
    <w:name w:val="Emphasis"/>
    <w:basedOn w:val="a2"/>
    <w:uiPriority w:val="20"/>
    <w:qFormat/>
    <w:rsid w:val="00FC693F"/>
    <w:rPr>
      <w:i/>
      <w:iCs/>
    </w:rPr>
  </w:style>
  <w:style w:type="paragraph" w:styleId="af3">
    <w:name w:val="Intense Quote"/>
    <w:basedOn w:val="a1"/>
    <w:next w:val="a1"/>
    <w:link w:val="Char6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6">
    <w:name w:val="강한 인용 Char"/>
    <w:basedOn w:val="a2"/>
    <w:link w:val="af3"/>
    <w:uiPriority w:val="30"/>
    <w:rsid w:val="00FC693F"/>
    <w:rPr>
      <w:b/>
      <w:bCs/>
      <w:i/>
      <w:iCs/>
      <w:color w:val="4F81BD" w:themeColor="accent1"/>
    </w:rPr>
  </w:style>
  <w:style w:type="character" w:styleId="af4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5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6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7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8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TOC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9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a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b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c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0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5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1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6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2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7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5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d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e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0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6F3B103-96B1-42ED-99A8-233376B05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1222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김태일</cp:lastModifiedBy>
  <cp:revision>5</cp:revision>
  <dcterms:created xsi:type="dcterms:W3CDTF">2025-10-23T00:18:00Z</dcterms:created>
  <dcterms:modified xsi:type="dcterms:W3CDTF">2025-10-23T00:41:00Z</dcterms:modified>
  <cp:category/>
</cp:coreProperties>
</file>